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בעולם ובקהילות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חנוכה שונים בעדות ובקהילות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חג הבנות ושל נר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מאכלי חנוכה מסורתיים ומקורם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נשים ובנות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יהודי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מדליקים נר אחד נוסף על החנוכייה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דרך פעולה שחוזרת בקהילה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כסליו-טבת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עדה וקהילה יש מנהגים מיוחדים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החג מציין את תרומת הנשים לעם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לביבות מתפוחי אדמה, סופגניות מבצק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לו גרסאות שונות בקהילות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לכל משפחה יכולים להיות מנהגים ייחודיים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 הבנות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מנהג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(חג לכבוד נשים ובנות)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(מאכל מתפוחי 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(נר שמוסיפים לחנוכייה)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(קבוצת יהודים עם מנהגים משותפים)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(דרך מיוחדת שחוגגים בבית)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 מראה על עושר התרבות של עם ישראל ושומר על זהות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לביבות הן מאכל, סביבון הוא כלי 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לתיאור אישי של מנהג משפחתי, שפה ברורה, אורך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לכבוד נשים ובנות החל בכסליו-טבת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לביבות או סופגניות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בגלל מוצא שונה ותרבות שונה של כל 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תמונות של לביבות וסביבונים מעדות שונות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לבקש מהתלמידים לשאול בבית על מנהג משפחתי לפני המפגש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קצרה על גיוון המנהגים לפני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בעולם ובקהילות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בחנוכה יש לעדות ולקהילות שונות בעם ישראל מנהגים מיוחדים משלהן, כמו חג הבנות, נר נוסף, לביבות וסביבון. נכיר את המנהגים ונחשוב גם על המנהג המיוחד של המשפחה 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חג הבנות הוא חג שבו חוגגים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נשים ובנות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לביבות הן מאכל המסורתי בעיקר אצל: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ברזיל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מנהג 'נר נוסף' פירושו: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מכבים נר אחד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מדליקים נר אחד נוסף על החנוכייה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זורקים נר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מחליפים נר בכל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מנהג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חוק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דרך פעולה שחוזרת בקהילה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חג הבנות חל בערך באיזה חודש?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כסליו-טבת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קהילות ישראל יש בדיוק אותם מנהגי 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 קשור לכבוד נשים וגבורתן.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לביבות וסופגניות הם אותו מאכל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'נר נוסף' קיים רק בקהילה אחת בעולם.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ללמוד על המנהג המיוחד של כל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חוגגות נשים ובנות לכבוד גבורתן.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מנהג __________ הוא להוסיף נר אחד על החנוכייה.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הן מאכל טוגן מתפוחי אדמה האכול בחנוכה.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__________ בעם ישראל יש מנהגי חנוכה משלה.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כדאי לכתוב על ה__________ המיוחד של המשפחה שלנו.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חג הבנות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מאכל מתפוחי 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לביבות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נר שמוסיפים לחנוכייה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 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חג לכבוד נשים ובנות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דרך מיוחדת שחוגגים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מנהג 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קבוצת יהודים עם מנהגים משותפים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שלכל קהילה יש מנהגי חנוכה משלה?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לביבות לסביבון מבחינת השימוש שלהם בחג?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פיסקה קצרה על מנהג חנוכה מיוחד שיש במשפחה שלכם, או שהייתם רוצים שיהיה.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חג הבנות?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למאכל מסורתי של חנוכה.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יש מנהגי חנוכה שונים בקהילות שונות?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חנוכה בעולם ובקהילות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