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בעולם ובקהילות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שונים בעדות ובקהילות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חג הבנות ושל נר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מאכלי חנוכה מסורתיים ומקורם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נשים ובנות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יהודי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מדליקים נר אחד נוסף על החנוכייה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דרך פעולה שחוזרת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כסליו-טבת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עדה וקהילה יש מנהגים מיוחדים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מציין את תרומת הנשים לעם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לביבות מתפוחי אדמה, סופגניות מבצק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לו גרסאות שונות בקהילות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לכל משפחה יכולים להיות מנהגים ייחודיים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 הבנות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(חג לכבוד נשים ובנות)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(נר שמוסיפים לחנוכייה)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(קבוצת יהודים עם מנהגים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(דרך מיוחדת שחוגגים בבית)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מראה על עושר התרבות של עם ישראל ושומר על זהות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לביבות הן מאכל, סביבון הוא כלי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אישי של מנהג משפחתי, שפה ברורה, אורך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לכבוד נשים ובנות החל בכסליו-טבת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לביבות או סופגניות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מוצא שונה ותרבות שונה של כל 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של לביבות וסביבונים מעדות שונות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לשאול בבית על מנהג משפחתי לפני המפגש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גיוון המנהגים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בעולם ובקהילות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חנוכה יש מנהגים שונים בקהילות שונות. למשל חג הבנות, נר נוסף, לביבות וסביבון. נלמד על זה ונכתוב על המנהג של המשפחה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מיוחד שחוגגות בו נשים ובנות, חל בחודש כסליו-טבת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 נוסף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להוסיף נר אחד נוסף על נרות החנוכייה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טוגן מתפוחי אדמה, אוכלים בחנוכה אצל יהודי 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משחק עם ארבע אותיות שמסתובב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יהודים עם מנהגים ותרבות משותפים ממקום מסוים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על עצמה בקהילה או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החיים יחד ושומרים על מסורת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חוגג בחג הבנות?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נשים ובנות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אוכל לביבות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ב'נר נוסף'?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מכבים נר אחד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מדליקים נר אחד נוסף על החנוכייה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נר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נר בכל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מנהג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פעולה שחוזרת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חוגגים את חג הבנות?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כסליו-טבת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קהילות ישראל יש בדיוק אותם מנהגי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קשור לכבוד נשים וגבורתן.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וסופגניות הם אותו מאכל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'נר נוסף' קיים רק בקהילה אחת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על המנהג המיוחד של כל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חוגגות נשים ובנות לכבוד גבורתן.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מנהג __________ הוא להוסיף נר אחד על החנוכייה.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הן מאכל טוגן מתפוחי אדמה האכול בחנוכה.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__________ בעם ישראל יש מנהגי חנוכה 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לכתוב על ה__________ המיוחד של המשפחה שלנו.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לכבוד נשים ובנות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 שמוסיפים לחנוכייה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יהודים עם מנהגים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מנהג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דרך מיוחדת שחוגגים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שלכל קהילה יש מנהגי חנוכה משלה?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לביבות לסביבון מבחינת השימוש שלהם בחג?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על מנהג חנוכה מיוחד שיש במשפחה שלכם, או שהייתם רוצים שיהיה.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חג הבנות?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למאכל מסורתי של חנוכה.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יש מנהגי חנוכה שונים בקהילות 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בעולם ובקהילות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