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בעולם ובקהילות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שונים בעדות ובקהילות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חג הבנות ושל נר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מאכלי חנוכה מסורתיים ומקורם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נשים ובנות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יהודי אירופה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עדה וקהילה יש מנהגים מיוחדים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מציין את תרומת הנשים לעם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לביבות מתפוחי אדמה, סופגניות מבצק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 הבנות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(חג לכבוד נשים ובנות)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(נר שמוסיפים לחנוכייה)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יהודים עם מנהגים משותפים)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 מראה על עושר התרבות של עם ישראל ושומר על זהות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אישי של מנהג משפחתי, שפה ברורה, אורך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לכבוד נשים ובנות החל בכסליו-טבת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לביבות או סופגניות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מוצא שונה ותרבות שונה של כל 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של לביבות וסביבונים מעדות שונות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לשאול בבית על מנהג משפחתי לפני המפגש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גיוון המנהגים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בעולם ובקהילות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בחנוכה יש לעדות ולקהילות שונות בעם ישראל מנהגים מיוחדים משלהן, כמו חג הבנות, נר נוסף, לביבות וסביבון. נכיר את המנהגים ונחשוב גם על המנהג המיוחד של המשפחה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לביבות  ·  חג הבנות  ·  נר נוסף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הבנות הוא חג שבו חוגגים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נשים ובנות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לביבות הן מאכל המסורתי בעיקר אצל: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הודו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קהילות ישראל יש בדיוק אותם מנהגי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הבנות קשור לכבוד נשים וגבורתן.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לביבות וסופגניות הם אותו מאכל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חוגגות נשים ובנות לכבוד גבורתן.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מנהג __________ הוא להוסיף נר אחד על החנוכייה.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הן מאכל טוגן מתפוחי אדמה האכול בחנוכה.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חג הבנות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קבוצת יהודים עם מנהגים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 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חג לכבוד נשים ובנות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נר שמוסיפים לחנוכייה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שלכל קהילה יש מנהגי חנוכה משלה?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פיסקה קצרה על מנהג חנוכה מיוחד שיש במשפחה שלכם, או שהייתם רוצים שיהיה.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חג הבנות?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למאכל מסורתי של חנוכה.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בעולם ובקהילות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